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ثورة الأوراس سنة 1879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الحميد زوزو/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9789961629123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