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في ظل المسيرة النضالية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يوسفي/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9789961905975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