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تاريخ بني زيان ملوك تلمسان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بن عبد الله التنسي/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9789947214848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