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الليبيون والثورة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بسمة خليفة أبو لسين/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965328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