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الديبلوماسي للحكومة المؤقتة للجمهورية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بوضربة/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9789947842706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