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الحركة الوطنية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أبوالقاسم سعد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9789947912423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