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الحركة الوطنية الجزائرية 1860-1900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أبوالقاسم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90040711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