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الاحتلال الاستيطاني للجزائر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العربي ولد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ثالة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9961905717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