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المعجم الموسوعي لمصطلحات الثورة الجزائرية 1954-1962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الملك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0300233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