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الأرواح الشاغرة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عبد الحميد بن هدوقة/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القصبة للنشر/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9789961649015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