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ب المقد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فدي زكر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136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