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الشهيد الربيع بوشامة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9789961654033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