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والجامعة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بشيري/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9947010228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