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الطبقة العاملة الجزائرية في المهجر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سعدي بزيان/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9961905520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