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ر بلا ثم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681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