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مامون (مشروع حلم)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شكري خوجة/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9789947213599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