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فرحات عباس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حميد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9789961483893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