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الحاج أحمد باي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9789947842683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