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عيون الرحالة الإنجليز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ركيبي/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