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مصالي الحاج الزعيم المفترى عليه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عمار نجار/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الحكمة/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965186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