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شاعر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حسن فتح الباب/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965213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