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الثورة الجزائرية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أحمد الخطيب/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الرائد/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965305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