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شخصيات ومواقف 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إحدادن/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9789961752043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