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المرجعيات التاريخية للدولة الجزائرية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9789961669525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