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مدن الجزائر في القرن التاسع 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أسيا جبار/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9789947212400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