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 أجل أن تحيا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بوصلاح/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منشورات 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9789947211489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