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رجال لهم 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فيصل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9789961485897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