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poulains de la liberte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965246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