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its de f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441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