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eau noire masques blan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antz fan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21153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