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Marie-claire boyet la martyre de tagdempt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 belkhodja/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9789961756829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