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ocats sans front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ge Mour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25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