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èse de l'Algéri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-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662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