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étudiants algériens de l'université francaise 1880- 1962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 pervillé/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