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رجال الخفاء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محمد لمقامي/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منشورات ANEP/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486ص.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9789947212486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