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8 أيار/ ماي 45 والإبادة الجماعية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رضوان عيناد تابت/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9789947212226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