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parcours rude mais bien rempli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benamar djebbari/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9789961756973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