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initi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hamed larbi madac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903797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