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Viva  Zabana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Boualem nedjadi/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9789947212844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