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carrefour du destin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 hilmi/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9789961641231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