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s et lum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gacem ait ou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19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