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Aux sources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Kamel bouguessa/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96559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