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8 ماي 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9961905520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