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المساجد الأثرية لمدينة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سعاد فويال/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9789961485804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