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Kaidi lakhd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sser dja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3542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