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nation et société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9961644824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