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moir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ri All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457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