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; culture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9789961756805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