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rie en pris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s char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6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