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L'emir khaled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9789961012840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